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3D5F" w14:textId="5F3AE965" w:rsidR="0034466B" w:rsidRPr="0054658B" w:rsidRDefault="0054658B" w:rsidP="00864464">
      <w:pPr>
        <w:rPr>
          <w:lang w:val="de-DE"/>
        </w:rPr>
      </w:pPr>
      <w:r>
        <w:rPr>
          <w:b/>
          <w:noProof/>
          <w:color w:val="0C3512"/>
          <w:sz w:val="28"/>
        </w:rPr>
        <w:drawing>
          <wp:anchor distT="0" distB="0" distL="114300" distR="114300" simplePos="0" relativeHeight="251657216" behindDoc="0" locked="0" layoutInCell="1" allowOverlap="1" wp14:anchorId="1EC6BDAB" wp14:editId="6F1036B0">
            <wp:simplePos x="0" y="0"/>
            <wp:positionH relativeFrom="column">
              <wp:posOffset>5095875</wp:posOffset>
            </wp:positionH>
            <wp:positionV relativeFrom="paragraph">
              <wp:posOffset>-142875</wp:posOffset>
            </wp:positionV>
            <wp:extent cx="982800" cy="903600"/>
            <wp:effectExtent l="0" t="0" r="8255" b="0"/>
            <wp:wrapNone/>
            <wp:docPr id="971637833" name="Grafik 1" descr="Ein Bild, das Text, Logo, Schrift, Symbo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37833" name="Grafik 1" descr="Ein Bild, das Text, Logo, Schrift, Symbol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454" b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00" cy="9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35779874"/>
      <w:bookmarkEnd w:id="0"/>
      <w:r w:rsidR="072B139B" w:rsidRPr="072B139B">
        <w:rPr>
          <w:b/>
          <w:bCs/>
          <w:lang w:val="de-DE"/>
        </w:rPr>
        <w:t xml:space="preserve">Verein:  </w:t>
      </w:r>
      <w:r w:rsidR="009D1929" w:rsidRPr="0054658B">
        <w:rPr>
          <w:lang w:val="de-DE"/>
        </w:rPr>
        <w:tab/>
      </w:r>
      <w:r w:rsidR="072B139B" w:rsidRPr="072B139B">
        <w:rPr>
          <w:b/>
          <w:bCs/>
          <w:lang w:val="de-DE"/>
        </w:rPr>
        <w:t>Ströbitzer Bürgerverein</w:t>
      </w:r>
      <w:r w:rsidR="072B139B" w:rsidRPr="072B139B">
        <w:rPr>
          <w:lang w:val="de-DE"/>
        </w:rPr>
        <w:t xml:space="preserve"> </w:t>
      </w:r>
      <w:r w:rsidR="072B139B" w:rsidRPr="072B139B">
        <w:rPr>
          <w:b/>
          <w:bCs/>
          <w:lang w:val="de-DE"/>
        </w:rPr>
        <w:t>e. V</w:t>
      </w:r>
      <w:r w:rsidR="072B139B" w:rsidRPr="072B139B">
        <w:rPr>
          <w:lang w:val="de-DE"/>
        </w:rPr>
        <w:t>.</w:t>
      </w:r>
      <w:r w:rsidR="009D1929" w:rsidRPr="0054658B">
        <w:rPr>
          <w:lang w:val="de-DE"/>
        </w:rPr>
        <w:br/>
      </w:r>
      <w:r w:rsidR="072B139B" w:rsidRPr="072B139B">
        <w:rPr>
          <w:lang w:val="de-DE"/>
        </w:rPr>
        <w:t xml:space="preserve">Anschrift: </w:t>
      </w:r>
      <w:r w:rsidR="009D1929" w:rsidRPr="0054658B">
        <w:rPr>
          <w:lang w:val="de-DE"/>
        </w:rPr>
        <w:tab/>
      </w:r>
      <w:proofErr w:type="spellStart"/>
      <w:r w:rsidR="072B139B" w:rsidRPr="072B139B">
        <w:rPr>
          <w:lang w:val="de-DE"/>
        </w:rPr>
        <w:t>Kopftsr</w:t>
      </w:r>
      <w:proofErr w:type="spellEnd"/>
      <w:r w:rsidR="072B139B" w:rsidRPr="072B139B">
        <w:rPr>
          <w:lang w:val="de-DE"/>
        </w:rPr>
        <w:t>. 25, 03046 Cottbus</w:t>
      </w:r>
      <w:r w:rsidR="009D1929" w:rsidRPr="0054658B">
        <w:rPr>
          <w:lang w:val="de-DE"/>
        </w:rPr>
        <w:br/>
      </w:r>
      <w:r w:rsidR="072B139B" w:rsidRPr="072B139B">
        <w:rPr>
          <w:lang w:val="de-DE"/>
        </w:rPr>
        <w:t xml:space="preserve">E-Mail: </w:t>
      </w:r>
      <w:r w:rsidR="009D1929" w:rsidRPr="0054658B">
        <w:rPr>
          <w:lang w:val="de-DE"/>
        </w:rPr>
        <w:tab/>
      </w:r>
      <w:r w:rsidR="009D1929" w:rsidRPr="0054658B">
        <w:rPr>
          <w:lang w:val="de-DE"/>
        </w:rPr>
        <w:tab/>
      </w:r>
      <w:r w:rsidRPr="0054658B">
        <w:rPr>
          <w:lang w:val="de-DE"/>
        </w:rPr>
        <w:t>info@stroebitz-buergerverein.de</w:t>
      </w:r>
      <w:r w:rsidR="009D1929" w:rsidRPr="0054658B">
        <w:rPr>
          <w:lang w:val="de-DE"/>
        </w:rPr>
        <w:br/>
      </w:r>
      <w:r w:rsidR="072B139B" w:rsidRPr="072B139B">
        <w:rPr>
          <w:lang w:val="de-DE"/>
        </w:rPr>
        <w:t xml:space="preserve">Telefon: </w:t>
      </w:r>
      <w:r>
        <w:rPr>
          <w:lang w:val="de-DE"/>
        </w:rPr>
        <w:tab/>
      </w:r>
      <w:r w:rsidRPr="0054658B">
        <w:rPr>
          <w:lang w:val="de-DE"/>
        </w:rPr>
        <w:t>0355 3555100</w:t>
      </w:r>
    </w:p>
    <w:p w14:paraId="161EAF53" w14:textId="3238C970" w:rsidR="00864464" w:rsidRDefault="00864464" w:rsidP="072B139B">
      <w:pPr>
        <w:rPr>
          <w:lang w:val="de-DE"/>
        </w:rPr>
      </w:pPr>
      <w:r w:rsidRPr="0054658B">
        <w:rPr>
          <w:b/>
          <w:sz w:val="32"/>
          <w:lang w:val="de-DE"/>
        </w:rPr>
        <w:t>AUFNAHMEANTRAG</w:t>
      </w:r>
    </w:p>
    <w:p w14:paraId="0062225D" w14:textId="22724DC8" w:rsidR="0034466B" w:rsidRPr="0054658B" w:rsidRDefault="072B139B" w:rsidP="072B139B">
      <w:pPr>
        <w:rPr>
          <w:lang w:val="de-DE"/>
        </w:rPr>
      </w:pPr>
      <w:r w:rsidRPr="072B139B">
        <w:rPr>
          <w:lang w:val="de-DE"/>
        </w:rPr>
        <w:t>Hiermit beantrage ich die Aufnahme als Mitglied in den Ströbitzer Bürgerverein e. V.</w:t>
      </w:r>
    </w:p>
    <w:p w14:paraId="52A2BFAC" w14:textId="77777777" w:rsidR="0034466B" w:rsidRPr="0054658B" w:rsidRDefault="009D1929">
      <w:pPr>
        <w:rPr>
          <w:b/>
          <w:bCs/>
          <w:lang w:val="de-DE"/>
        </w:rPr>
      </w:pPr>
      <w:r w:rsidRPr="0054658B">
        <w:rPr>
          <w:b/>
          <w:bCs/>
          <w:lang w:val="de-DE"/>
        </w:rPr>
        <w:t>Persönliche Daten</w:t>
      </w:r>
    </w:p>
    <w:p w14:paraId="2468E491" w14:textId="710A2796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Name: </w:t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Pr="0054658B">
        <w:rPr>
          <w:lang w:val="de-DE"/>
        </w:rPr>
        <w:t>___________________________________________</w:t>
      </w:r>
    </w:p>
    <w:p w14:paraId="1416E3E4" w14:textId="08EAC2F3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Vorname: </w:t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6F5FBAEF" w14:textId="56FB0BDA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Geburtsdatum: </w:t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56EF2065" w14:textId="14FA4EA6" w:rsidR="0034466B" w:rsidRPr="0054658B" w:rsidRDefault="009D1929">
      <w:pPr>
        <w:rPr>
          <w:lang w:val="de-DE"/>
        </w:rPr>
      </w:pPr>
      <w:r w:rsidRPr="0054658B">
        <w:rPr>
          <w:lang w:val="de-DE"/>
        </w:rPr>
        <w:t>Straße</w:t>
      </w:r>
      <w:r w:rsidRPr="0054658B">
        <w:rPr>
          <w:lang w:val="de-DE"/>
        </w:rPr>
        <w:t xml:space="preserve"> Hausnummer: </w:t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6284570D" w14:textId="7F5477FF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PLZ / Ort: </w:t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6F814E1C" w14:textId="0E5632DE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Telefon: </w:t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55D3EC58" w14:textId="759D0044" w:rsidR="0034466B" w:rsidRPr="0054658B" w:rsidRDefault="009D1929">
      <w:pPr>
        <w:rPr>
          <w:lang w:val="de-DE"/>
        </w:rPr>
      </w:pPr>
      <w:r w:rsidRPr="0054658B">
        <w:rPr>
          <w:lang w:val="de-DE"/>
        </w:rPr>
        <w:t xml:space="preserve">E-Mail: </w:t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>
        <w:rPr>
          <w:lang w:val="de-DE"/>
        </w:rPr>
        <w:tab/>
      </w:r>
      <w:r w:rsidR="0054658B" w:rsidRPr="0054658B">
        <w:rPr>
          <w:lang w:val="de-DE"/>
        </w:rPr>
        <w:t>___________________________________________</w:t>
      </w:r>
    </w:p>
    <w:p w14:paraId="671B6171" w14:textId="77777777" w:rsidR="0034466B" w:rsidRPr="0054658B" w:rsidRDefault="009D1929">
      <w:pPr>
        <w:rPr>
          <w:b/>
          <w:bCs/>
          <w:lang w:val="de-DE"/>
        </w:rPr>
      </w:pPr>
      <w:r w:rsidRPr="0054658B">
        <w:rPr>
          <w:b/>
          <w:bCs/>
          <w:lang w:val="de-DE"/>
        </w:rPr>
        <w:t>Beitragszahlung</w:t>
      </w:r>
    </w:p>
    <w:p w14:paraId="0B6BA4E8" w14:textId="4FBB6443" w:rsidR="0034466B" w:rsidRDefault="009D1929">
      <w:pPr>
        <w:rPr>
          <w:lang w:val="de-DE"/>
        </w:rPr>
      </w:pPr>
      <w:r w:rsidRPr="0054658B">
        <w:rPr>
          <w:lang w:val="de-DE"/>
        </w:rPr>
        <w:t xml:space="preserve">Der aktuelle Mitgliedsbeitrag beträgt: </w:t>
      </w:r>
      <w:r w:rsidR="0054658B">
        <w:rPr>
          <w:lang w:val="de-DE"/>
        </w:rPr>
        <w:t xml:space="preserve">31,00 </w:t>
      </w:r>
      <w:r w:rsidRPr="0054658B">
        <w:rPr>
          <w:lang w:val="de-DE"/>
        </w:rPr>
        <w:t xml:space="preserve">€ pro </w:t>
      </w:r>
      <w:r w:rsidR="0054658B">
        <w:rPr>
          <w:lang w:val="de-DE"/>
        </w:rPr>
        <w:t xml:space="preserve"> </w:t>
      </w:r>
      <w:r w:rsidRPr="0054658B">
        <w:rPr>
          <w:lang w:val="de-DE"/>
        </w:rPr>
        <w:t>Jahr</w:t>
      </w:r>
      <w:r w:rsidR="0054658B">
        <w:rPr>
          <w:lang w:val="de-DE"/>
        </w:rPr>
        <w:t xml:space="preserve"> und ist spätestens bis Oktober für das laufende Jahr auf folgendes Konto zu überweisen: </w:t>
      </w:r>
    </w:p>
    <w:p w14:paraId="62477081" w14:textId="3FCEF229" w:rsidR="0054658B" w:rsidRPr="0054658B" w:rsidRDefault="0054658B">
      <w:pPr>
        <w:rPr>
          <w:lang w:val="de-DE"/>
        </w:rPr>
      </w:pPr>
      <w:r>
        <w:rPr>
          <w:lang w:val="de-DE"/>
        </w:rPr>
        <w:t>Kontoinhaber:</w:t>
      </w:r>
      <w:r>
        <w:rPr>
          <w:lang w:val="de-DE"/>
        </w:rPr>
        <w:tab/>
      </w:r>
      <w:r>
        <w:rPr>
          <w:lang w:val="de-DE"/>
        </w:rPr>
        <w:tab/>
        <w:t>Ströbitzer Bürgerverein e.V.</w:t>
      </w:r>
      <w:r>
        <w:rPr>
          <w:lang w:val="de-DE"/>
        </w:rPr>
        <w:tab/>
      </w:r>
      <w:r>
        <w:rPr>
          <w:lang w:val="de-DE"/>
        </w:rPr>
        <w:br/>
        <w:t xml:space="preserve">IBAN: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DE 39 180 50000 3202 100 970</w:t>
      </w:r>
      <w:r>
        <w:rPr>
          <w:lang w:val="de-DE"/>
        </w:rPr>
        <w:br/>
        <w:t>BIC: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54658B">
        <w:rPr>
          <w:lang w:val="de-DE"/>
        </w:rPr>
        <w:t>WELADED1CBN</w:t>
      </w:r>
    </w:p>
    <w:p w14:paraId="4D530CF3" w14:textId="77777777" w:rsidR="0054658B" w:rsidRPr="0054658B" w:rsidRDefault="0054658B" w:rsidP="0054658B">
      <w:pPr>
        <w:rPr>
          <w:lang w:val="de-DE"/>
        </w:rPr>
      </w:pPr>
      <w:r w:rsidRPr="0054658B">
        <w:rPr>
          <w:lang w:val="de-DE"/>
        </w:rPr>
        <w:t>Die erhobenen personenbezogenen Daten werden ausschließlich zum Zweck der Mitgliederverwaltung und Erfüllung der Vereinsaufgaben verarbeitet.</w:t>
      </w:r>
    </w:p>
    <w:p w14:paraId="02A45C01" w14:textId="5B940F04" w:rsidR="0034466B" w:rsidRPr="0054658B" w:rsidRDefault="009D1929">
      <w:pPr>
        <w:rPr>
          <w:b/>
          <w:bCs/>
          <w:lang w:val="de-DE"/>
        </w:rPr>
      </w:pPr>
      <w:r w:rsidRPr="0054658B">
        <w:rPr>
          <w:b/>
          <w:bCs/>
          <w:lang w:val="de-DE"/>
        </w:rPr>
        <w:t>Erklärung des Antragstellers</w:t>
      </w:r>
    </w:p>
    <w:p w14:paraId="5DC30519" w14:textId="167CD4C4" w:rsidR="0034466B" w:rsidRPr="0054658B" w:rsidRDefault="009D1929">
      <w:pPr>
        <w:rPr>
          <w:lang w:val="de-DE"/>
        </w:rPr>
      </w:pPr>
      <w:r w:rsidRPr="0054658B">
        <w:rPr>
          <w:lang w:val="de-DE"/>
        </w:rPr>
        <w:t>Mit meiner Unterschrift beantrage ich die Mitgliedschaft. Ich bestätige, dass ich die Satzung</w:t>
      </w:r>
      <w:r w:rsidR="0054658B">
        <w:rPr>
          <w:lang w:val="de-DE"/>
        </w:rPr>
        <w:t xml:space="preserve"> (abrufbar auf der Internetseite des Ströbitzer Bürgervereins) </w:t>
      </w:r>
      <w:r w:rsidRPr="0054658B">
        <w:rPr>
          <w:lang w:val="de-DE"/>
        </w:rPr>
        <w:t>und die Datenschutzhinweise erhalten bzw. eingesehen habe und die Regelungen des Vereins anerkenne.</w:t>
      </w:r>
    </w:p>
    <w:p w14:paraId="0F5D1AA9" w14:textId="77777777" w:rsidR="00864464" w:rsidRDefault="00864464">
      <w:pPr>
        <w:rPr>
          <w:lang w:val="de-DE"/>
        </w:rPr>
      </w:pPr>
    </w:p>
    <w:p w14:paraId="76FB0436" w14:textId="1C94B128" w:rsidR="0034466B" w:rsidRPr="0054658B" w:rsidRDefault="0054658B">
      <w:pPr>
        <w:rPr>
          <w:lang w:val="de-DE"/>
        </w:rPr>
      </w:pPr>
      <w:r w:rsidRPr="0054658B">
        <w:rPr>
          <w:lang w:val="de-DE"/>
        </w:rPr>
        <w:t>______________________________</w:t>
      </w:r>
      <w:r>
        <w:rPr>
          <w:lang w:val="de-DE"/>
        </w:rPr>
        <w:tab/>
      </w:r>
      <w:r>
        <w:rPr>
          <w:lang w:val="de-DE"/>
        </w:rPr>
        <w:tab/>
      </w:r>
      <w:r w:rsidRPr="0054658B">
        <w:rPr>
          <w:lang w:val="de-DE"/>
        </w:rPr>
        <w:t>______________________________</w:t>
      </w:r>
      <w:r>
        <w:rPr>
          <w:lang w:val="de-DE"/>
        </w:rPr>
        <w:br/>
      </w:r>
      <w:r w:rsidR="009D1929" w:rsidRPr="0054658B">
        <w:rPr>
          <w:lang w:val="de-DE"/>
        </w:rPr>
        <w:t>Ort, Datum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54658B">
        <w:rPr>
          <w:lang w:val="de-DE"/>
        </w:rPr>
        <w:t>Unterschrift Antragsteller</w:t>
      </w:r>
      <w:r>
        <w:rPr>
          <w:lang w:val="de-DE"/>
        </w:rPr>
        <w:t>/in</w:t>
      </w:r>
      <w:r>
        <w:rPr>
          <w:lang w:val="de-DE"/>
        </w:rPr>
        <w:tab/>
      </w:r>
      <w:r>
        <w:rPr>
          <w:lang w:val="de-DE"/>
        </w:rPr>
        <w:tab/>
      </w:r>
    </w:p>
    <w:p w14:paraId="1180FDC9" w14:textId="77777777" w:rsidR="00864464" w:rsidRDefault="00864464">
      <w:pPr>
        <w:rPr>
          <w:b/>
          <w:bCs/>
          <w:lang w:val="de-DE"/>
        </w:rPr>
      </w:pPr>
    </w:p>
    <w:p w14:paraId="346A6F0B" w14:textId="5E3E2792" w:rsidR="0034466B" w:rsidRPr="0054658B" w:rsidRDefault="009D1929">
      <w:pPr>
        <w:rPr>
          <w:b/>
          <w:bCs/>
          <w:lang w:val="de-DE"/>
        </w:rPr>
      </w:pPr>
      <w:r w:rsidRPr="0054658B">
        <w:rPr>
          <w:b/>
          <w:bCs/>
          <w:lang w:val="de-DE"/>
        </w:rPr>
        <w:t>Bearbeitungsvermerk des Vereins</w:t>
      </w:r>
    </w:p>
    <w:p w14:paraId="6015417D" w14:textId="1AC3A282" w:rsidR="0034466B" w:rsidRPr="0054658B" w:rsidRDefault="009D1929" w:rsidP="00864464">
      <w:pPr>
        <w:tabs>
          <w:tab w:val="left" w:pos="2694"/>
        </w:tabs>
        <w:rPr>
          <w:lang w:val="de-DE"/>
        </w:rPr>
      </w:pPr>
      <w:r w:rsidRPr="0054658B">
        <w:rPr>
          <w:lang w:val="de-DE"/>
        </w:rPr>
        <w:t xml:space="preserve">Antrag eingegangen am: </w:t>
      </w:r>
      <w:r w:rsidR="00864464">
        <w:rPr>
          <w:lang w:val="de-DE"/>
        </w:rPr>
        <w:tab/>
      </w:r>
      <w:r w:rsidRPr="0054658B">
        <w:rPr>
          <w:lang w:val="de-DE"/>
        </w:rPr>
        <w:t>_____________________</w:t>
      </w:r>
      <w:r w:rsidR="00864464">
        <w:rPr>
          <w:lang w:val="de-DE"/>
        </w:rPr>
        <w:t xml:space="preserve">  </w:t>
      </w:r>
      <w:r w:rsidR="00864464">
        <w:rPr>
          <w:lang w:val="de-DE"/>
        </w:rPr>
        <w:tab/>
        <w:t xml:space="preserve">Bestätigt am: </w:t>
      </w:r>
      <w:r w:rsidR="00864464">
        <w:rPr>
          <w:lang w:val="de-DE"/>
        </w:rPr>
        <w:tab/>
        <w:t xml:space="preserve">        </w:t>
      </w:r>
      <w:r w:rsidR="00864464" w:rsidRPr="0054658B">
        <w:rPr>
          <w:lang w:val="de-DE"/>
        </w:rPr>
        <w:t>_____________________</w:t>
      </w:r>
      <w:r w:rsidR="0054658B">
        <w:rPr>
          <w:lang w:val="de-DE"/>
        </w:rPr>
        <w:br/>
      </w:r>
      <w:r w:rsidRPr="0054658B">
        <w:rPr>
          <w:lang w:val="de-DE"/>
        </w:rPr>
        <w:t xml:space="preserve">Beschluss Vorstand vom: </w:t>
      </w:r>
      <w:r w:rsidR="0054658B">
        <w:rPr>
          <w:lang w:val="de-DE"/>
        </w:rPr>
        <w:tab/>
      </w:r>
      <w:r w:rsidR="00864464" w:rsidRPr="0054658B">
        <w:rPr>
          <w:lang w:val="de-DE"/>
        </w:rPr>
        <w:t>_____________________</w:t>
      </w:r>
      <w:r w:rsidR="00864464">
        <w:rPr>
          <w:lang w:val="de-DE"/>
        </w:rPr>
        <w:t xml:space="preserve">  </w:t>
      </w:r>
      <w:r w:rsidR="00864464">
        <w:rPr>
          <w:lang w:val="de-DE"/>
        </w:rPr>
        <w:tab/>
        <w:t xml:space="preserve">Mitgliedsausweis </w:t>
      </w:r>
      <w:r w:rsidR="00864464">
        <w:rPr>
          <w:lang w:val="de-DE"/>
        </w:rPr>
        <w:tab/>
      </w:r>
      <w:r w:rsidR="0054658B">
        <w:rPr>
          <w:lang w:val="de-DE"/>
        </w:rPr>
        <w:br/>
        <w:t>Vorstellung beim Vorstand:</w:t>
      </w:r>
      <w:r w:rsidR="0054658B">
        <w:rPr>
          <w:lang w:val="de-DE"/>
        </w:rPr>
        <w:tab/>
      </w:r>
      <w:r w:rsidR="00864464" w:rsidRPr="0054658B">
        <w:rPr>
          <w:lang w:val="de-DE"/>
        </w:rPr>
        <w:t>_____________________</w:t>
      </w:r>
      <w:r w:rsidR="00864464">
        <w:rPr>
          <w:lang w:val="de-DE"/>
        </w:rPr>
        <w:tab/>
      </w:r>
      <w:r w:rsidR="00864464">
        <w:rPr>
          <w:lang w:val="de-DE"/>
        </w:rPr>
        <w:t>ausgegeben am</w:t>
      </w:r>
      <w:r w:rsidR="00864464">
        <w:rPr>
          <w:lang w:val="de-DE"/>
        </w:rPr>
        <w:t xml:space="preserve">:       </w:t>
      </w:r>
      <w:r w:rsidR="00864464" w:rsidRPr="0054658B">
        <w:rPr>
          <w:lang w:val="de-DE"/>
        </w:rPr>
        <w:t>_____________________</w:t>
      </w:r>
    </w:p>
    <w:sectPr w:rsidR="0034466B" w:rsidRPr="0054658B" w:rsidSect="00864464">
      <w:pgSz w:w="12240" w:h="15840"/>
      <w:pgMar w:top="851" w:right="1800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2161449">
    <w:abstractNumId w:val="8"/>
  </w:num>
  <w:num w:numId="2" w16cid:durableId="1169759330">
    <w:abstractNumId w:val="6"/>
  </w:num>
  <w:num w:numId="3" w16cid:durableId="117796814">
    <w:abstractNumId w:val="5"/>
  </w:num>
  <w:num w:numId="4" w16cid:durableId="1661890240">
    <w:abstractNumId w:val="4"/>
  </w:num>
  <w:num w:numId="5" w16cid:durableId="1616669274">
    <w:abstractNumId w:val="7"/>
  </w:num>
  <w:num w:numId="6" w16cid:durableId="706183043">
    <w:abstractNumId w:val="3"/>
  </w:num>
  <w:num w:numId="7" w16cid:durableId="1835802876">
    <w:abstractNumId w:val="2"/>
  </w:num>
  <w:num w:numId="8" w16cid:durableId="1300766354">
    <w:abstractNumId w:val="1"/>
  </w:num>
  <w:num w:numId="9" w16cid:durableId="86429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466B"/>
    <w:rsid w:val="00442529"/>
    <w:rsid w:val="0054658B"/>
    <w:rsid w:val="00864464"/>
    <w:rsid w:val="00AA1D8D"/>
    <w:rsid w:val="00B47730"/>
    <w:rsid w:val="00CB0664"/>
    <w:rsid w:val="00FC693F"/>
    <w:rsid w:val="072B139B"/>
    <w:rsid w:val="0EFD1BAA"/>
    <w:rsid w:val="27A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52F8515-736F-44CC-A4F1-A9E197D6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Scharf Peggy (Z-MGV-M)</dc:creator>
  <cp:keywords/>
  <dc:description>generated by python-docx</dc:description>
  <cp:lastModifiedBy>Scharf Peggy (Z-MGV-M)</cp:lastModifiedBy>
  <cp:revision>2</cp:revision>
  <dcterms:created xsi:type="dcterms:W3CDTF">2026-07-24T08:18:00Z</dcterms:created>
  <dcterms:modified xsi:type="dcterms:W3CDTF">2026-07-24T08:18:00Z</dcterms:modified>
  <cp:category/>
</cp:coreProperties>
</file>